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050"/>
        <w:gridCol w:w="3320"/>
      </w:tblGrid>
      <w:tr w:rsidR="001D270B" w14:paraId="3C8A06D1" w14:textId="77777777">
        <w:trPr>
          <w:jc w:val="center"/>
        </w:trPr>
        <w:tc>
          <w:tcPr>
            <w:tcW w:w="7050" w:type="dxa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14:paraId="25D4C55F" w14:textId="7B8D6BA9" w:rsidR="001D270B" w:rsidRPr="00E61E71" w:rsidRDefault="002E775C">
            <w:pPr>
              <w:spacing w:after="0"/>
              <w:rPr>
                <w:lang w:val="fr-BE"/>
              </w:rPr>
            </w:pPr>
            <w:r w:rsidRPr="00E61E71">
              <w:rPr>
                <w:b/>
                <w:color w:val="163A56"/>
                <w:sz w:val="21"/>
                <w:lang w:val="fr-BE"/>
              </w:rPr>
              <w:t xml:space="preserve">JUSTICE DE PAIX DU </w:t>
            </w:r>
            <w:r w:rsidR="00F0303C">
              <w:rPr>
                <w:b/>
                <w:color w:val="163A56"/>
                <w:sz w:val="21"/>
                <w:lang w:val="fr-BE"/>
              </w:rPr>
              <w:t>…………………..</w:t>
            </w:r>
            <w:r w:rsidRPr="00E61E71">
              <w:rPr>
                <w:b/>
                <w:color w:val="163A56"/>
                <w:sz w:val="21"/>
                <w:lang w:val="fr-BE"/>
              </w:rPr>
              <w:t xml:space="preserve"> CANTON DE LIÈGE</w:t>
            </w:r>
          </w:p>
        </w:tc>
        <w:tc>
          <w:tcPr>
            <w:tcW w:w="3320" w:type="dxa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14:paraId="6EA49F8E" w14:textId="51D9060B" w:rsidR="001D270B" w:rsidRDefault="002E775C">
            <w:pPr>
              <w:spacing w:after="0"/>
              <w:jc w:val="right"/>
            </w:pPr>
            <w:r>
              <w:rPr>
                <w:color w:val="5C656E"/>
                <w:sz w:val="15"/>
              </w:rPr>
              <w:t>Rue de Bruxelles 2</w:t>
            </w:r>
            <w:r>
              <w:rPr>
                <w:color w:val="5C656E"/>
                <w:sz w:val="15"/>
              </w:rPr>
              <w:br/>
              <w:t>4000 Liège | 02 682 07 68</w:t>
            </w:r>
          </w:p>
        </w:tc>
      </w:tr>
    </w:tbl>
    <w:p w14:paraId="16346010" w14:textId="77777777" w:rsidR="001D270B" w:rsidRDefault="001D270B">
      <w:pPr>
        <w:pBdr>
          <w:bottom w:val="single" w:sz="12" w:space="1" w:color="163A56"/>
        </w:pBdr>
        <w:spacing w:before="40" w:after="220"/>
      </w:pPr>
    </w:p>
    <w:p w14:paraId="7255FB02" w14:textId="77777777" w:rsidR="001D270B" w:rsidRPr="00E61E71" w:rsidRDefault="002E775C">
      <w:pPr>
        <w:spacing w:after="60"/>
        <w:jc w:val="center"/>
        <w:rPr>
          <w:lang w:val="fr-BE"/>
        </w:rPr>
      </w:pPr>
      <w:r w:rsidRPr="00E61E71">
        <w:rPr>
          <w:b/>
          <w:color w:val="163A56"/>
          <w:sz w:val="30"/>
          <w:lang w:val="fr-BE"/>
        </w:rPr>
        <w:t>CALENDRIER DE MISE EN ÉTAT AMIABLE</w:t>
      </w:r>
    </w:p>
    <w:p w14:paraId="678B7A94" w14:textId="77777777" w:rsidR="001D270B" w:rsidRDefault="002E775C">
      <w:pPr>
        <w:spacing w:after="240"/>
        <w:jc w:val="center"/>
      </w:pPr>
      <w:r>
        <w:rPr>
          <w:i/>
          <w:color w:val="5C656E"/>
          <w:sz w:val="19"/>
        </w:rPr>
        <w:t xml:space="preserve">Article 747, § 1er, du Code </w:t>
      </w:r>
      <w:proofErr w:type="spellStart"/>
      <w:r>
        <w:rPr>
          <w:i/>
          <w:color w:val="5C656E"/>
          <w:sz w:val="19"/>
        </w:rPr>
        <w:t>judiciaire</w:t>
      </w:r>
      <w:proofErr w:type="spellEnd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1D270B" w14:paraId="54CB5D7D" w14:textId="77777777">
        <w:trPr>
          <w:jc w:val="center"/>
        </w:trPr>
        <w:tc>
          <w:tcPr>
            <w:tcW w:w="5185" w:type="dxa"/>
            <w:shd w:val="clear" w:color="auto" w:fill="EEF3F6"/>
            <w:tcMar>
              <w:top w:w="125" w:type="dxa"/>
              <w:left w:w="140" w:type="dxa"/>
              <w:bottom w:w="125" w:type="dxa"/>
              <w:right w:w="140" w:type="dxa"/>
            </w:tcMar>
          </w:tcPr>
          <w:p w14:paraId="6CEA6D88" w14:textId="77777777" w:rsidR="001D270B" w:rsidRDefault="002E775C">
            <w:pPr>
              <w:spacing w:after="0"/>
            </w:pPr>
            <w:r>
              <w:rPr>
                <w:b/>
                <w:color w:val="163A56"/>
                <w:sz w:val="19"/>
              </w:rPr>
              <w:t xml:space="preserve">N° R.G. :  </w:t>
            </w:r>
            <w:r>
              <w:rPr>
                <w:sz w:val="19"/>
              </w:rPr>
              <w:t>................................</w:t>
            </w:r>
          </w:p>
        </w:tc>
        <w:tc>
          <w:tcPr>
            <w:tcW w:w="5185" w:type="dxa"/>
            <w:shd w:val="clear" w:color="auto" w:fill="EEF3F6"/>
            <w:tcMar>
              <w:top w:w="125" w:type="dxa"/>
              <w:left w:w="140" w:type="dxa"/>
              <w:bottom w:w="125" w:type="dxa"/>
              <w:right w:w="140" w:type="dxa"/>
            </w:tcMar>
          </w:tcPr>
          <w:p w14:paraId="7878FE94" w14:textId="66C5A26A" w:rsidR="001D270B" w:rsidRDefault="001D270B">
            <w:pPr>
              <w:spacing w:after="0"/>
            </w:pPr>
          </w:p>
        </w:tc>
      </w:tr>
    </w:tbl>
    <w:p w14:paraId="24B8DB02" w14:textId="0CD2B4AB" w:rsidR="00E61E71" w:rsidRDefault="00E61E71">
      <w:pPr>
        <w:spacing w:before="180" w:after="140"/>
        <w:rPr>
          <w:b/>
          <w:lang w:val="fr-BE"/>
        </w:rPr>
      </w:pPr>
      <w:r>
        <w:rPr>
          <w:b/>
          <w:lang w:val="fr-BE"/>
        </w:rPr>
        <w:t>À compléter par les parties :</w:t>
      </w:r>
    </w:p>
    <w:p w14:paraId="18CE69A4" w14:textId="79D969B2" w:rsidR="001D270B" w:rsidRPr="00E61E71" w:rsidRDefault="002E775C">
      <w:pPr>
        <w:spacing w:before="180" w:after="140"/>
        <w:rPr>
          <w:lang w:val="fr-BE"/>
        </w:rPr>
      </w:pPr>
      <w:r w:rsidRPr="00E61E71">
        <w:rPr>
          <w:b/>
          <w:lang w:val="fr-BE"/>
        </w:rPr>
        <w:t>Les parties conviennent du calendrier de mise en état suivant :</w:t>
      </w:r>
    </w:p>
    <w:tbl>
      <w:tblPr>
        <w:tblW w:w="10370" w:type="dxa"/>
        <w:jc w:val="center"/>
        <w:tblBorders>
          <w:top w:val="single" w:sz="6" w:space="0" w:color="B8C5CE"/>
          <w:left w:val="single" w:sz="6" w:space="0" w:color="B8C5CE"/>
          <w:bottom w:val="single" w:sz="6" w:space="0" w:color="B8C5CE"/>
          <w:right w:val="single" w:sz="6" w:space="0" w:color="B8C5CE"/>
          <w:insideH w:val="single" w:sz="6" w:space="0" w:color="B8C5CE"/>
          <w:insideV w:val="single" w:sz="6" w:space="0" w:color="B8C5CE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4162"/>
        <w:gridCol w:w="2948"/>
        <w:gridCol w:w="2610"/>
      </w:tblGrid>
      <w:tr w:rsidR="001D270B" w14:paraId="2DD7F009" w14:textId="77777777" w:rsidTr="00E86E4C">
        <w:trPr>
          <w:trHeight w:val="531"/>
          <w:jc w:val="center"/>
        </w:trPr>
        <w:tc>
          <w:tcPr>
            <w:tcW w:w="650" w:type="dxa"/>
            <w:shd w:val="clear" w:color="auto" w:fill="163A56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1B77B44" w14:textId="77777777" w:rsidR="001D270B" w:rsidRDefault="002E775C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N°</w:t>
            </w:r>
          </w:p>
        </w:tc>
        <w:tc>
          <w:tcPr>
            <w:tcW w:w="4162" w:type="dxa"/>
            <w:shd w:val="clear" w:color="auto" w:fill="163A56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700AC81" w14:textId="77777777" w:rsidR="001D270B" w:rsidRDefault="002E775C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ACTE DE PROCÉDURE</w:t>
            </w:r>
          </w:p>
        </w:tc>
        <w:tc>
          <w:tcPr>
            <w:tcW w:w="2948" w:type="dxa"/>
            <w:shd w:val="clear" w:color="auto" w:fill="163A56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FE6B1AC" w14:textId="77777777" w:rsidR="001D270B" w:rsidRDefault="002E775C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PARTIE</w:t>
            </w:r>
          </w:p>
        </w:tc>
        <w:tc>
          <w:tcPr>
            <w:tcW w:w="2610" w:type="dxa"/>
            <w:shd w:val="clear" w:color="auto" w:fill="163A56"/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03AE109" w14:textId="77777777" w:rsidR="001D270B" w:rsidRDefault="002E775C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ÉCHÉANCE AU PLUS TARD</w:t>
            </w:r>
          </w:p>
        </w:tc>
      </w:tr>
      <w:tr w:rsidR="001D270B" w:rsidRPr="00E86E4C" w14:paraId="693BA305" w14:textId="77777777" w:rsidTr="00E86E4C">
        <w:trPr>
          <w:trHeight w:val="531"/>
          <w:jc w:val="center"/>
        </w:trPr>
        <w:tc>
          <w:tcPr>
            <w:tcW w:w="650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502053F9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b/>
                <w:szCs w:val="20"/>
              </w:rPr>
              <w:t>1</w:t>
            </w:r>
          </w:p>
        </w:tc>
        <w:tc>
          <w:tcPr>
            <w:tcW w:w="4162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034254F9" w14:textId="77777777" w:rsidR="001D270B" w:rsidRPr="00E86E4C" w:rsidRDefault="002E775C">
            <w:pPr>
              <w:spacing w:after="0"/>
              <w:rPr>
                <w:szCs w:val="20"/>
              </w:rPr>
            </w:pPr>
            <w:r w:rsidRPr="00E86E4C">
              <w:rPr>
                <w:szCs w:val="20"/>
              </w:rPr>
              <w:t xml:space="preserve">Conclusions </w:t>
            </w:r>
            <w:proofErr w:type="spellStart"/>
            <w:r w:rsidRPr="00E86E4C">
              <w:rPr>
                <w:szCs w:val="20"/>
              </w:rPr>
              <w:t>principales</w:t>
            </w:r>
            <w:proofErr w:type="spellEnd"/>
          </w:p>
        </w:tc>
        <w:tc>
          <w:tcPr>
            <w:tcW w:w="2948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22C27BF2" w14:textId="77777777" w:rsidR="001D270B" w:rsidRPr="00E86E4C" w:rsidRDefault="002E775C">
            <w:pPr>
              <w:spacing w:after="0"/>
              <w:rPr>
                <w:szCs w:val="20"/>
              </w:rPr>
            </w:pPr>
            <w:proofErr w:type="spellStart"/>
            <w:r w:rsidRPr="00E86E4C">
              <w:rPr>
                <w:szCs w:val="20"/>
              </w:rPr>
              <w:t>Partie</w:t>
            </w:r>
            <w:proofErr w:type="spellEnd"/>
            <w:r w:rsidRPr="00E86E4C">
              <w:rPr>
                <w:szCs w:val="20"/>
              </w:rPr>
              <w:t xml:space="preserve"> ................................</w:t>
            </w:r>
          </w:p>
        </w:tc>
        <w:tc>
          <w:tcPr>
            <w:tcW w:w="2610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1A19C231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szCs w:val="20"/>
              </w:rPr>
              <w:t>................................</w:t>
            </w:r>
          </w:p>
        </w:tc>
      </w:tr>
      <w:tr w:rsidR="001D270B" w:rsidRPr="00E86E4C" w14:paraId="632E3D97" w14:textId="77777777" w:rsidTr="00E86E4C">
        <w:trPr>
          <w:trHeight w:val="531"/>
          <w:jc w:val="center"/>
        </w:trPr>
        <w:tc>
          <w:tcPr>
            <w:tcW w:w="650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2FE9F320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b/>
                <w:szCs w:val="20"/>
              </w:rPr>
              <w:t>2</w:t>
            </w:r>
          </w:p>
        </w:tc>
        <w:tc>
          <w:tcPr>
            <w:tcW w:w="4162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3D20D337" w14:textId="77777777" w:rsidR="001D270B" w:rsidRPr="00E86E4C" w:rsidRDefault="002E775C">
            <w:pPr>
              <w:spacing w:after="0"/>
              <w:rPr>
                <w:szCs w:val="20"/>
              </w:rPr>
            </w:pPr>
            <w:r w:rsidRPr="00E86E4C">
              <w:rPr>
                <w:szCs w:val="20"/>
              </w:rPr>
              <w:t xml:space="preserve">Conclusions </w:t>
            </w:r>
            <w:proofErr w:type="spellStart"/>
            <w:r w:rsidRPr="00E86E4C">
              <w:rPr>
                <w:szCs w:val="20"/>
              </w:rPr>
              <w:t>principales</w:t>
            </w:r>
            <w:proofErr w:type="spellEnd"/>
          </w:p>
        </w:tc>
        <w:tc>
          <w:tcPr>
            <w:tcW w:w="2948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2F53AE7D" w14:textId="77777777" w:rsidR="001D270B" w:rsidRPr="00E86E4C" w:rsidRDefault="002E775C">
            <w:pPr>
              <w:spacing w:after="0"/>
              <w:rPr>
                <w:szCs w:val="20"/>
              </w:rPr>
            </w:pPr>
            <w:proofErr w:type="spellStart"/>
            <w:r w:rsidRPr="00E86E4C">
              <w:rPr>
                <w:szCs w:val="20"/>
              </w:rPr>
              <w:t>Partie</w:t>
            </w:r>
            <w:proofErr w:type="spellEnd"/>
            <w:r w:rsidRPr="00E86E4C">
              <w:rPr>
                <w:szCs w:val="20"/>
              </w:rPr>
              <w:t xml:space="preserve"> ................................</w:t>
            </w:r>
          </w:p>
        </w:tc>
        <w:tc>
          <w:tcPr>
            <w:tcW w:w="2610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3859AC28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szCs w:val="20"/>
              </w:rPr>
              <w:t>................................</w:t>
            </w:r>
          </w:p>
        </w:tc>
      </w:tr>
      <w:tr w:rsidR="001D270B" w:rsidRPr="00E86E4C" w14:paraId="219ECB4A" w14:textId="77777777" w:rsidTr="00E86E4C">
        <w:trPr>
          <w:trHeight w:val="531"/>
          <w:jc w:val="center"/>
        </w:trPr>
        <w:tc>
          <w:tcPr>
            <w:tcW w:w="650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7FFDB97F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b/>
                <w:szCs w:val="20"/>
              </w:rPr>
              <w:t>3</w:t>
            </w:r>
          </w:p>
        </w:tc>
        <w:tc>
          <w:tcPr>
            <w:tcW w:w="4162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43C22FB4" w14:textId="645BD52E" w:rsidR="001D270B" w:rsidRPr="00E86E4C" w:rsidRDefault="00B20BBD">
            <w:pPr>
              <w:spacing w:after="0"/>
              <w:rPr>
                <w:szCs w:val="20"/>
                <w:lang w:val="fr-BE"/>
              </w:rPr>
            </w:pPr>
            <w:r>
              <w:rPr>
                <w:szCs w:val="20"/>
                <w:lang w:val="fr-BE"/>
              </w:rPr>
              <w:t>Premières c</w:t>
            </w:r>
            <w:r w:rsidR="00E61E71" w:rsidRPr="00E86E4C">
              <w:rPr>
                <w:szCs w:val="20"/>
                <w:lang w:val="fr-BE"/>
              </w:rPr>
              <w:t xml:space="preserve">onclusions </w:t>
            </w:r>
            <w:r>
              <w:rPr>
                <w:szCs w:val="20"/>
                <w:lang w:val="fr-BE"/>
              </w:rPr>
              <w:t>de synthèse</w:t>
            </w:r>
          </w:p>
        </w:tc>
        <w:tc>
          <w:tcPr>
            <w:tcW w:w="2948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0BACDBE5" w14:textId="77777777" w:rsidR="001D270B" w:rsidRPr="00E86E4C" w:rsidRDefault="002E775C">
            <w:pPr>
              <w:spacing w:after="0"/>
              <w:rPr>
                <w:szCs w:val="20"/>
              </w:rPr>
            </w:pPr>
            <w:proofErr w:type="spellStart"/>
            <w:r w:rsidRPr="00E86E4C">
              <w:rPr>
                <w:szCs w:val="20"/>
              </w:rPr>
              <w:t>Partie</w:t>
            </w:r>
            <w:proofErr w:type="spellEnd"/>
            <w:r w:rsidRPr="00E86E4C">
              <w:rPr>
                <w:szCs w:val="20"/>
              </w:rPr>
              <w:t xml:space="preserve"> ................................</w:t>
            </w:r>
          </w:p>
        </w:tc>
        <w:tc>
          <w:tcPr>
            <w:tcW w:w="2610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017C88F5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szCs w:val="20"/>
              </w:rPr>
              <w:t>................................</w:t>
            </w:r>
          </w:p>
        </w:tc>
      </w:tr>
      <w:tr w:rsidR="001D270B" w:rsidRPr="00E86E4C" w14:paraId="359D59EE" w14:textId="77777777" w:rsidTr="00E86E4C">
        <w:trPr>
          <w:trHeight w:val="531"/>
          <w:jc w:val="center"/>
        </w:trPr>
        <w:tc>
          <w:tcPr>
            <w:tcW w:w="650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63E996C5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b/>
                <w:szCs w:val="20"/>
              </w:rPr>
              <w:t>4</w:t>
            </w:r>
          </w:p>
        </w:tc>
        <w:tc>
          <w:tcPr>
            <w:tcW w:w="4162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1349F473" w14:textId="749BE936" w:rsidR="001D270B" w:rsidRPr="00E86E4C" w:rsidRDefault="00B20BBD">
            <w:pPr>
              <w:spacing w:after="0"/>
              <w:rPr>
                <w:szCs w:val="20"/>
                <w:lang w:val="fr-BE"/>
              </w:rPr>
            </w:pPr>
            <w:r>
              <w:rPr>
                <w:szCs w:val="20"/>
                <w:lang w:val="fr-BE"/>
              </w:rPr>
              <w:t>Premières c</w:t>
            </w:r>
            <w:r w:rsidRPr="00E86E4C">
              <w:rPr>
                <w:szCs w:val="20"/>
                <w:lang w:val="fr-BE"/>
              </w:rPr>
              <w:t xml:space="preserve">onclusions </w:t>
            </w:r>
            <w:r>
              <w:rPr>
                <w:szCs w:val="20"/>
                <w:lang w:val="fr-BE"/>
              </w:rPr>
              <w:t>de synthèse</w:t>
            </w:r>
          </w:p>
        </w:tc>
        <w:tc>
          <w:tcPr>
            <w:tcW w:w="2948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173398BA" w14:textId="77777777" w:rsidR="001D270B" w:rsidRPr="00E86E4C" w:rsidRDefault="002E775C">
            <w:pPr>
              <w:spacing w:after="0"/>
              <w:rPr>
                <w:szCs w:val="20"/>
              </w:rPr>
            </w:pPr>
            <w:proofErr w:type="spellStart"/>
            <w:r w:rsidRPr="00E86E4C">
              <w:rPr>
                <w:szCs w:val="20"/>
              </w:rPr>
              <w:t>Partie</w:t>
            </w:r>
            <w:proofErr w:type="spellEnd"/>
            <w:r w:rsidRPr="00E86E4C">
              <w:rPr>
                <w:szCs w:val="20"/>
              </w:rPr>
              <w:t xml:space="preserve"> ................................</w:t>
            </w:r>
          </w:p>
        </w:tc>
        <w:tc>
          <w:tcPr>
            <w:tcW w:w="2610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3176CCD8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szCs w:val="20"/>
              </w:rPr>
              <w:t>................................</w:t>
            </w:r>
          </w:p>
        </w:tc>
      </w:tr>
      <w:tr w:rsidR="001D270B" w:rsidRPr="00E86E4C" w14:paraId="1C94A047" w14:textId="77777777" w:rsidTr="00E86E4C">
        <w:trPr>
          <w:trHeight w:val="531"/>
          <w:jc w:val="center"/>
        </w:trPr>
        <w:tc>
          <w:tcPr>
            <w:tcW w:w="650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708FC2AB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b/>
                <w:szCs w:val="20"/>
              </w:rPr>
              <w:t>5</w:t>
            </w:r>
          </w:p>
        </w:tc>
        <w:tc>
          <w:tcPr>
            <w:tcW w:w="4162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562C17B3" w14:textId="4D82049D" w:rsidR="001D270B" w:rsidRPr="00E86E4C" w:rsidRDefault="00DF17AB">
            <w:pPr>
              <w:spacing w:after="0"/>
              <w:rPr>
                <w:szCs w:val="20"/>
                <w:lang w:val="fr-BE"/>
              </w:rPr>
            </w:pPr>
            <w:r>
              <w:rPr>
                <w:szCs w:val="20"/>
                <w:lang w:val="fr-BE"/>
              </w:rPr>
              <w:t>Secondes c</w:t>
            </w:r>
            <w:r w:rsidR="002E775C" w:rsidRPr="00E86E4C">
              <w:rPr>
                <w:szCs w:val="20"/>
                <w:lang w:val="fr-BE"/>
              </w:rPr>
              <w:t>onclusions de synthèse</w:t>
            </w:r>
          </w:p>
        </w:tc>
        <w:tc>
          <w:tcPr>
            <w:tcW w:w="2948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74961859" w14:textId="77777777" w:rsidR="001D270B" w:rsidRPr="00E86E4C" w:rsidRDefault="002E775C">
            <w:pPr>
              <w:spacing w:after="0"/>
              <w:rPr>
                <w:szCs w:val="20"/>
              </w:rPr>
            </w:pPr>
            <w:proofErr w:type="spellStart"/>
            <w:r w:rsidRPr="00E86E4C">
              <w:rPr>
                <w:szCs w:val="20"/>
              </w:rPr>
              <w:t>Partie</w:t>
            </w:r>
            <w:proofErr w:type="spellEnd"/>
            <w:r w:rsidRPr="00E86E4C">
              <w:rPr>
                <w:szCs w:val="20"/>
              </w:rPr>
              <w:t xml:space="preserve"> ................................</w:t>
            </w:r>
          </w:p>
        </w:tc>
        <w:tc>
          <w:tcPr>
            <w:tcW w:w="2610" w:type="dx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3D3104DE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szCs w:val="20"/>
              </w:rPr>
              <w:t>................................</w:t>
            </w:r>
          </w:p>
        </w:tc>
      </w:tr>
      <w:tr w:rsidR="001D270B" w:rsidRPr="00E86E4C" w14:paraId="45F17596" w14:textId="77777777" w:rsidTr="00E86E4C">
        <w:trPr>
          <w:trHeight w:val="531"/>
          <w:jc w:val="center"/>
        </w:trPr>
        <w:tc>
          <w:tcPr>
            <w:tcW w:w="650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0CD57F4A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b/>
                <w:szCs w:val="20"/>
              </w:rPr>
              <w:t>6</w:t>
            </w:r>
          </w:p>
        </w:tc>
        <w:tc>
          <w:tcPr>
            <w:tcW w:w="4162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7580F5E6" w14:textId="01570FC7" w:rsidR="001D270B" w:rsidRPr="00E86E4C" w:rsidRDefault="00DF17AB">
            <w:pPr>
              <w:spacing w:after="0"/>
              <w:rPr>
                <w:szCs w:val="20"/>
                <w:lang w:val="fr-BE"/>
              </w:rPr>
            </w:pPr>
            <w:r>
              <w:rPr>
                <w:szCs w:val="20"/>
                <w:lang w:val="fr-BE"/>
              </w:rPr>
              <w:t>Secondes c</w:t>
            </w:r>
            <w:r w:rsidRPr="00E86E4C">
              <w:rPr>
                <w:szCs w:val="20"/>
                <w:lang w:val="fr-BE"/>
              </w:rPr>
              <w:t>onclusions de synthèse</w:t>
            </w:r>
          </w:p>
        </w:tc>
        <w:tc>
          <w:tcPr>
            <w:tcW w:w="2948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6F666559" w14:textId="77777777" w:rsidR="001D270B" w:rsidRPr="00E86E4C" w:rsidRDefault="002E775C">
            <w:pPr>
              <w:spacing w:after="0"/>
              <w:rPr>
                <w:szCs w:val="20"/>
              </w:rPr>
            </w:pPr>
            <w:proofErr w:type="spellStart"/>
            <w:r w:rsidRPr="00E86E4C">
              <w:rPr>
                <w:szCs w:val="20"/>
              </w:rPr>
              <w:t>Partie</w:t>
            </w:r>
            <w:proofErr w:type="spellEnd"/>
            <w:r w:rsidRPr="00E86E4C">
              <w:rPr>
                <w:szCs w:val="20"/>
              </w:rPr>
              <w:t xml:space="preserve"> ................................</w:t>
            </w:r>
          </w:p>
        </w:tc>
        <w:tc>
          <w:tcPr>
            <w:tcW w:w="2610" w:type="dxa"/>
            <w:shd w:val="clear" w:color="auto" w:fill="F6F8FA"/>
            <w:tcMar>
              <w:top w:w="155" w:type="dxa"/>
              <w:left w:w="110" w:type="dxa"/>
              <w:bottom w:w="155" w:type="dxa"/>
              <w:right w:w="110" w:type="dxa"/>
            </w:tcMar>
            <w:vAlign w:val="center"/>
          </w:tcPr>
          <w:p w14:paraId="464AFDA5" w14:textId="77777777" w:rsidR="001D270B" w:rsidRPr="00E86E4C" w:rsidRDefault="002E775C">
            <w:pPr>
              <w:spacing w:after="0"/>
              <w:jc w:val="center"/>
              <w:rPr>
                <w:szCs w:val="20"/>
              </w:rPr>
            </w:pPr>
            <w:r w:rsidRPr="00E86E4C">
              <w:rPr>
                <w:szCs w:val="20"/>
              </w:rPr>
              <w:t>................................</w:t>
            </w:r>
          </w:p>
        </w:tc>
      </w:tr>
    </w:tbl>
    <w:p w14:paraId="026B5125" w14:textId="77777777" w:rsidR="00E61E71" w:rsidRDefault="00E61E71" w:rsidP="00E61E71">
      <w:pPr>
        <w:spacing w:after="0"/>
        <w:rPr>
          <w:b/>
          <w:color w:val="163A56"/>
          <w:sz w:val="17"/>
        </w:rPr>
      </w:pPr>
    </w:p>
    <w:p w14:paraId="26226DCC" w14:textId="2A219E60" w:rsidR="00E61E71" w:rsidRPr="00E61E71" w:rsidRDefault="00E61E71" w:rsidP="00E61E71">
      <w:pPr>
        <w:spacing w:after="0"/>
        <w:rPr>
          <w:lang w:val="fr-BE"/>
        </w:rPr>
      </w:pPr>
      <w:r w:rsidRPr="00E61E71">
        <w:rPr>
          <w:b/>
          <w:color w:val="163A56"/>
          <w:sz w:val="17"/>
          <w:lang w:val="fr-BE"/>
        </w:rPr>
        <w:t xml:space="preserve">Durée estimée des plaidoiries :  </w:t>
      </w:r>
      <w:r w:rsidRPr="00E61E71">
        <w:rPr>
          <w:sz w:val="17"/>
          <w:lang w:val="fr-BE"/>
        </w:rPr>
        <w:t>........................ minutes</w:t>
      </w:r>
    </w:p>
    <w:p w14:paraId="1C09AE5C" w14:textId="77777777" w:rsidR="005219C3" w:rsidRDefault="005219C3">
      <w:pPr>
        <w:spacing w:before="80" w:after="60"/>
        <w:rPr>
          <w:b/>
          <w:color w:val="163A56"/>
          <w:lang w:val="fr-BE"/>
        </w:rPr>
      </w:pPr>
    </w:p>
    <w:p w14:paraId="4B2206C9" w14:textId="467545F5" w:rsidR="00E61E71" w:rsidRDefault="00E61E71">
      <w:pPr>
        <w:spacing w:before="80" w:after="60"/>
        <w:rPr>
          <w:b/>
          <w:color w:val="163A56"/>
          <w:lang w:val="fr-BE"/>
        </w:rPr>
      </w:pPr>
      <w:r>
        <w:rPr>
          <w:b/>
          <w:color w:val="163A56"/>
          <w:lang w:val="fr-BE"/>
        </w:rPr>
        <w:t>Date et signature des parties ou de leur conseil :</w:t>
      </w:r>
    </w:p>
    <w:p w14:paraId="78339794" w14:textId="77777777" w:rsidR="00D7435D" w:rsidRDefault="00D7435D">
      <w:pPr>
        <w:spacing w:before="80" w:after="60"/>
        <w:rPr>
          <w:b/>
          <w:color w:val="163A56"/>
          <w:lang w:val="fr-BE"/>
        </w:rPr>
      </w:pPr>
    </w:p>
    <w:p w14:paraId="4E25951E" w14:textId="77777777" w:rsidR="00D7435D" w:rsidRDefault="00D7435D">
      <w:pPr>
        <w:spacing w:before="80" w:after="60"/>
        <w:rPr>
          <w:b/>
          <w:color w:val="163A56"/>
          <w:lang w:val="fr-BE"/>
        </w:rPr>
      </w:pPr>
    </w:p>
    <w:p w14:paraId="46248D25" w14:textId="77777777" w:rsidR="001E12BC" w:rsidRDefault="001E12BC">
      <w:pPr>
        <w:spacing w:before="80" w:after="60"/>
        <w:rPr>
          <w:b/>
          <w:color w:val="163A56"/>
          <w:lang w:val="fr-BE"/>
        </w:rPr>
      </w:pPr>
    </w:p>
    <w:p w14:paraId="7AF66B37" w14:textId="77777777" w:rsidR="00DB13CE" w:rsidRDefault="00DB13CE">
      <w:pPr>
        <w:spacing w:before="80" w:after="60"/>
        <w:rPr>
          <w:b/>
          <w:color w:val="163A56"/>
          <w:lang w:val="fr-BE"/>
        </w:rPr>
      </w:pPr>
    </w:p>
    <w:p w14:paraId="13B285E5" w14:textId="77777777" w:rsidR="00E61E71" w:rsidRDefault="00E61E71">
      <w:pPr>
        <w:spacing w:after="0" w:line="160" w:lineRule="exact"/>
        <w:rPr>
          <w:b/>
          <w:color w:val="163A56"/>
          <w:lang w:val="fr-BE"/>
        </w:rPr>
      </w:pPr>
    </w:p>
    <w:p w14:paraId="6F1AEA79" w14:textId="512B0130" w:rsidR="00E61E71" w:rsidRDefault="00E61E71">
      <w:pPr>
        <w:spacing w:before="80" w:after="60"/>
        <w:rPr>
          <w:b/>
          <w:color w:val="163A56"/>
          <w:lang w:val="fr-BE"/>
        </w:rPr>
      </w:pPr>
      <w:r>
        <w:rPr>
          <w:b/>
          <w:color w:val="163A56"/>
          <w:lang w:val="fr-BE"/>
        </w:rPr>
        <w:t>Cadre réservé à la juridiction :</w:t>
      </w:r>
    </w:p>
    <w:p w14:paraId="5E46049D" w14:textId="77777777" w:rsidR="00E86E4C" w:rsidRPr="00E61E71" w:rsidRDefault="00E86E4C">
      <w:pPr>
        <w:spacing w:before="80" w:after="60"/>
        <w:rPr>
          <w:b/>
          <w:color w:val="163A56"/>
          <w:lang w:val="fr-BE"/>
        </w:rPr>
      </w:pPr>
    </w:p>
    <w:p w14:paraId="5B38E2BE" w14:textId="736B1BEB" w:rsidR="001D270B" w:rsidRPr="00E61E71" w:rsidRDefault="002E775C">
      <w:pPr>
        <w:spacing w:before="80" w:after="60"/>
        <w:rPr>
          <w:lang w:val="fr-BE"/>
        </w:rPr>
      </w:pPr>
      <w:r w:rsidRPr="00E61E71">
        <w:rPr>
          <w:b/>
          <w:color w:val="163A56"/>
          <w:lang w:val="fr-BE"/>
        </w:rPr>
        <w:t>AUDIENCE DE PLAIDOIRIES</w:t>
      </w:r>
    </w:p>
    <w:tbl>
      <w:tblPr>
        <w:tblW w:w="10318" w:type="dxa"/>
        <w:jc w:val="center"/>
        <w:tblBorders>
          <w:top w:val="single" w:sz="6" w:space="0" w:color="B8C5CE"/>
          <w:left w:val="single" w:sz="6" w:space="0" w:color="B8C5CE"/>
          <w:bottom w:val="single" w:sz="6" w:space="0" w:color="B8C5CE"/>
          <w:right w:val="single" w:sz="6" w:space="0" w:color="B8C5CE"/>
          <w:insideH w:val="single" w:sz="6" w:space="0" w:color="B8C5CE"/>
          <w:insideV w:val="single" w:sz="6" w:space="0" w:color="B8C5CE"/>
        </w:tblBorders>
        <w:tblLayout w:type="fixed"/>
        <w:tblLook w:val="04A0" w:firstRow="1" w:lastRow="0" w:firstColumn="1" w:lastColumn="0" w:noHBand="0" w:noVBand="1"/>
      </w:tblPr>
      <w:tblGrid>
        <w:gridCol w:w="10318"/>
      </w:tblGrid>
      <w:tr w:rsidR="002213D0" w:rsidRPr="00E86E4C" w14:paraId="0A5BC6DA" w14:textId="77777777" w:rsidTr="00E86E4C">
        <w:trPr>
          <w:jc w:val="center"/>
        </w:trPr>
        <w:tc>
          <w:tcPr>
            <w:tcW w:w="10318" w:type="dx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B01425D" w14:textId="77777777" w:rsidR="002213D0" w:rsidRPr="00E86E4C" w:rsidRDefault="00DB13CE">
            <w:pPr>
              <w:spacing w:after="0"/>
              <w:rPr>
                <w:szCs w:val="20"/>
              </w:rPr>
            </w:pPr>
            <w:r w:rsidRPr="00E86E4C">
              <w:rPr>
                <w:b/>
                <w:color w:val="163A56"/>
                <w:szCs w:val="20"/>
              </w:rPr>
              <w:t xml:space="preserve">Date de </w:t>
            </w:r>
            <w:proofErr w:type="spellStart"/>
            <w:r w:rsidRPr="00E86E4C">
              <w:rPr>
                <w:b/>
                <w:color w:val="163A56"/>
                <w:szCs w:val="20"/>
              </w:rPr>
              <w:t>l’audience</w:t>
            </w:r>
            <w:proofErr w:type="spellEnd"/>
            <w:r w:rsidRPr="00E86E4C">
              <w:rPr>
                <w:b/>
                <w:color w:val="163A56"/>
                <w:szCs w:val="20"/>
              </w:rPr>
              <w:t xml:space="preserve"> :  </w:t>
            </w:r>
            <w:r w:rsidRPr="00E86E4C">
              <w:rPr>
                <w:szCs w:val="20"/>
              </w:rPr>
              <w:t>........................................................................................................</w:t>
            </w:r>
          </w:p>
        </w:tc>
      </w:tr>
      <w:tr w:rsidR="002213D0" w:rsidRPr="00E86E4C" w14:paraId="51820ECC" w14:textId="77777777" w:rsidTr="00E86E4C">
        <w:trPr>
          <w:jc w:val="center"/>
        </w:trPr>
        <w:tc>
          <w:tcPr>
            <w:tcW w:w="10318" w:type="dx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DE83D3B" w14:textId="77777777" w:rsidR="002213D0" w:rsidRPr="00E86E4C" w:rsidRDefault="00DB13CE">
            <w:pPr>
              <w:spacing w:after="0"/>
              <w:rPr>
                <w:szCs w:val="20"/>
              </w:rPr>
            </w:pPr>
            <w:proofErr w:type="spellStart"/>
            <w:r w:rsidRPr="00E86E4C">
              <w:rPr>
                <w:b/>
                <w:color w:val="163A56"/>
                <w:szCs w:val="20"/>
              </w:rPr>
              <w:t>Heure</w:t>
            </w:r>
            <w:proofErr w:type="spellEnd"/>
            <w:r w:rsidRPr="00E86E4C">
              <w:rPr>
                <w:b/>
                <w:color w:val="163A56"/>
                <w:szCs w:val="20"/>
              </w:rPr>
              <w:t xml:space="preserve"> :  </w:t>
            </w:r>
            <w:r w:rsidRPr="00E86E4C">
              <w:rPr>
                <w:szCs w:val="20"/>
              </w:rPr>
              <w:t>..............................................................................................................................</w:t>
            </w:r>
          </w:p>
        </w:tc>
      </w:tr>
      <w:tr w:rsidR="002213D0" w:rsidRPr="00E86E4C" w14:paraId="61F89130" w14:textId="77777777" w:rsidTr="00E86E4C">
        <w:trPr>
          <w:jc w:val="center"/>
        </w:trPr>
        <w:tc>
          <w:tcPr>
            <w:tcW w:w="10318" w:type="dxa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057E8673" w14:textId="77777777" w:rsidR="002213D0" w:rsidRPr="00E86E4C" w:rsidRDefault="00DB13CE">
            <w:pPr>
              <w:spacing w:after="0"/>
              <w:rPr>
                <w:szCs w:val="20"/>
              </w:rPr>
            </w:pPr>
            <w:r w:rsidRPr="00E86E4C">
              <w:rPr>
                <w:b/>
                <w:color w:val="163A56"/>
                <w:szCs w:val="20"/>
              </w:rPr>
              <w:t xml:space="preserve">Salle / lieu :  </w:t>
            </w:r>
            <w:r w:rsidRPr="00E86E4C">
              <w:rPr>
                <w:szCs w:val="20"/>
              </w:rPr>
              <w:t>....................................................................................................................</w:t>
            </w:r>
          </w:p>
        </w:tc>
      </w:tr>
    </w:tbl>
    <w:p w14:paraId="16EB3662" w14:textId="77777777" w:rsidR="0053431F" w:rsidRPr="00AE74F7" w:rsidRDefault="0053431F" w:rsidP="00AE74F7">
      <w:pPr>
        <w:rPr>
          <w:b/>
          <w:bCs/>
        </w:rPr>
      </w:pPr>
    </w:p>
    <w:sectPr w:rsidR="0053431F" w:rsidRPr="00AE74F7" w:rsidSect="00034616">
      <w:pgSz w:w="11906" w:h="16838"/>
      <w:pgMar w:top="822" w:right="794" w:bottom="737" w:left="794" w:header="369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86A4" w14:textId="77777777" w:rsidR="0053431F" w:rsidRDefault="0053431F">
      <w:pPr>
        <w:spacing w:after="0" w:line="240" w:lineRule="auto"/>
      </w:pPr>
      <w:r>
        <w:separator/>
      </w:r>
    </w:p>
  </w:endnote>
  <w:endnote w:type="continuationSeparator" w:id="0">
    <w:p w14:paraId="29DAF55F" w14:textId="77777777" w:rsidR="0053431F" w:rsidRDefault="00534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4708" w14:textId="77777777" w:rsidR="0053431F" w:rsidRDefault="0053431F">
      <w:pPr>
        <w:spacing w:after="0" w:line="240" w:lineRule="auto"/>
      </w:pPr>
      <w:r>
        <w:separator/>
      </w:r>
    </w:p>
  </w:footnote>
  <w:footnote w:type="continuationSeparator" w:id="0">
    <w:p w14:paraId="61BAA2D1" w14:textId="77777777" w:rsidR="0053431F" w:rsidRDefault="00534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396342">
    <w:abstractNumId w:val="8"/>
  </w:num>
  <w:num w:numId="2" w16cid:durableId="174462952">
    <w:abstractNumId w:val="6"/>
  </w:num>
  <w:num w:numId="3" w16cid:durableId="266236591">
    <w:abstractNumId w:val="5"/>
  </w:num>
  <w:num w:numId="4" w16cid:durableId="118033403">
    <w:abstractNumId w:val="4"/>
  </w:num>
  <w:num w:numId="5" w16cid:durableId="1950700959">
    <w:abstractNumId w:val="7"/>
  </w:num>
  <w:num w:numId="6" w16cid:durableId="2044672705">
    <w:abstractNumId w:val="3"/>
  </w:num>
  <w:num w:numId="7" w16cid:durableId="91554346">
    <w:abstractNumId w:val="2"/>
  </w:num>
  <w:num w:numId="8" w16cid:durableId="569197125">
    <w:abstractNumId w:val="1"/>
  </w:num>
  <w:num w:numId="9" w16cid:durableId="202004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AE5"/>
    <w:rsid w:val="0006063C"/>
    <w:rsid w:val="0015074B"/>
    <w:rsid w:val="0017721E"/>
    <w:rsid w:val="00183739"/>
    <w:rsid w:val="001D270B"/>
    <w:rsid w:val="001E12BC"/>
    <w:rsid w:val="001E47C8"/>
    <w:rsid w:val="002213D0"/>
    <w:rsid w:val="0029639D"/>
    <w:rsid w:val="002E775C"/>
    <w:rsid w:val="00326F90"/>
    <w:rsid w:val="003578CF"/>
    <w:rsid w:val="004048A5"/>
    <w:rsid w:val="004251A4"/>
    <w:rsid w:val="00474D5F"/>
    <w:rsid w:val="00503D87"/>
    <w:rsid w:val="005219C3"/>
    <w:rsid w:val="0053431F"/>
    <w:rsid w:val="005F76EF"/>
    <w:rsid w:val="006244D0"/>
    <w:rsid w:val="007E679A"/>
    <w:rsid w:val="00AA1D8D"/>
    <w:rsid w:val="00AD7EB0"/>
    <w:rsid w:val="00AE74F7"/>
    <w:rsid w:val="00B20BBD"/>
    <w:rsid w:val="00B47730"/>
    <w:rsid w:val="00C50C5C"/>
    <w:rsid w:val="00CA3E54"/>
    <w:rsid w:val="00CB0664"/>
    <w:rsid w:val="00D2554F"/>
    <w:rsid w:val="00D714B4"/>
    <w:rsid w:val="00D7435D"/>
    <w:rsid w:val="00DB13CE"/>
    <w:rsid w:val="00DF0597"/>
    <w:rsid w:val="00DF17AB"/>
    <w:rsid w:val="00E61E71"/>
    <w:rsid w:val="00E86E4C"/>
    <w:rsid w:val="00F0303C"/>
    <w:rsid w:val="00F2627F"/>
    <w:rsid w:val="00F74C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74D2A"/>
  <w14:defaultImageDpi w14:val="300"/>
  <w15:docId w15:val="{95293B03-93E8-4CDF-82A6-80148468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E71"/>
    <w:pPr>
      <w:spacing w:after="80"/>
    </w:pPr>
    <w:rPr>
      <w:rFonts w:ascii="Arial" w:hAnsi="Arial"/>
      <w:color w:val="232B33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61E71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61E71"/>
    <w:rPr>
      <w:rFonts w:ascii="Arial" w:hAnsi="Arial"/>
      <w:color w:val="232B33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61E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Detrixhe Catherine</cp:lastModifiedBy>
  <cp:revision>2</cp:revision>
  <cp:lastPrinted>2026-09-04T12:32:00Z</cp:lastPrinted>
  <dcterms:created xsi:type="dcterms:W3CDTF">2026-09-09T12:01:00Z</dcterms:created>
  <dcterms:modified xsi:type="dcterms:W3CDTF">2026-09-09T12:01:00Z</dcterms:modified>
  <cp:category/>
</cp:coreProperties>
</file>